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Formularz naboru do Orkiestry Dętej</w:t>
      </w:r>
    </w:p>
    <w:p>
      <w:r>
        <w:t>Prosimy o wypełnienie poniższego formularza. Informacje będą wykorzystywane wyłącznie na potrzeby przeprowadzenia naboru oraz organizacji pracy orkiestry, zgodnie z obowiązującymi wytycznymi RCK (w tym dotyczącymi osób niepełnoletnich).</w:t>
      </w:r>
    </w:p>
    <w:p>
      <w:r>
        <w:br/>
        <w:t>Dane podstawowe</w:t>
      </w:r>
    </w:p>
    <w:p>
      <w:r>
        <w:t>Imię i nazwisko:</w:t>
        <w:br/>
        <w:t>..............................................................</w:t>
      </w:r>
    </w:p>
    <w:p>
      <w:r>
        <w:br/>
        <w:t>Informacje kontaktowe</w:t>
      </w:r>
    </w:p>
    <w:p>
      <w:r>
        <w:t>Zakres zbieranych danych oraz forma kontaktu zgodne z wytycznymi RCK. Dane będą użyte m.in. do przekazania informacji o wynikach naboru oraz organizacji prób i wydarzeń.</w:t>
      </w:r>
    </w:p>
    <w:p>
      <w:r>
        <w:t>Telefon / e-mail / inne:</w:t>
        <w:br/>
        <w:t>..............................................................</w:t>
      </w:r>
    </w:p>
    <w:p>
      <w:r>
        <w:br/>
        <w:t>Preferowany instrument (można zaznaczyć więcej niż jedną opcję)</w:t>
      </w:r>
    </w:p>
    <w:p>
      <w:r>
        <w:t>☐ flet poprzeczny</w:t>
      </w:r>
    </w:p>
    <w:p>
      <w:r>
        <w:t>☐ klarnet</w:t>
      </w:r>
    </w:p>
    <w:p>
      <w:r>
        <w:t>☐ saksofon</w:t>
      </w:r>
    </w:p>
    <w:p>
      <w:r>
        <w:t>☐ trąbka</w:t>
      </w:r>
    </w:p>
    <w:p>
      <w:r>
        <w:t>☐ puzon</w:t>
      </w:r>
    </w:p>
    <w:p>
      <w:r>
        <w:t>☐ tuba</w:t>
      </w:r>
    </w:p>
    <w:p>
      <w:r>
        <w:t>☐ perkusja</w:t>
      </w:r>
    </w:p>
    <w:p>
      <w:r>
        <w:br/>
        <w:t>Doświadczenie muzyczne</w:t>
      </w:r>
    </w:p>
    <w:p>
      <w:r>
        <w:t>Czy masz już doświadczenie z grą na instrumencie / instrumentach?</w:t>
        <w:br/>
        <w:t>☐ tak    ☐ nie</w:t>
      </w:r>
    </w:p>
    <w:p>
      <w:r>
        <w:t>Jeżeli tak – prosimy o krótką informację:</w:t>
        <w:br/>
        <w:t>Instrument(y): ....................................................</w:t>
        <w:br/>
        <w:t>Czas nauki: ....................................................</w:t>
        <w:br/>
        <w:t>Forma nauki (np. szkoła muzyczna / nauczyciel / samouk):</w:t>
        <w:br/>
        <w:t>....................................................</w:t>
      </w:r>
    </w:p>
    <w:p>
      <w:r>
        <w:br/>
        <w:t>Instrument</w:t>
      </w:r>
    </w:p>
    <w:p>
      <w:r>
        <w:t>Czy dysponujesz własnym lub wypożyczonym instrumentem? (dotyczy instrumentów orkiestrowych)</w:t>
        <w:br/>
        <w:t>☐ tak    ☐ nie</w:t>
        <w:br/>
        <w:t>Jeżeli tak, jakim? ....................................................</w:t>
      </w:r>
    </w:p>
    <w:p>
      <w:r>
        <w:br/>
        <w:t>Zainteresowania muzyczne (opcjonalnie)</w:t>
      </w:r>
    </w:p>
    <w:p>
      <w:r>
        <w:t>Jakich artystów i gatunków muzycznych lubisz słuchać?</w:t>
        <w:br/>
        <w:t>....................................................</w:t>
      </w:r>
    </w:p>
    <w:p>
      <w:r>
        <w:br/>
        <w:t>Dziękujemy za zgłoszenie! Skontaktujemy się po zakończeniu naboru.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